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alsaciens sont 3,2 °C plus frais que ceux situés dans la Napa Valley</w:t>
      </w:r>
    </w:p>
    <w:p>
      <w:r>
        <w:t>La carte interactive recense plus de 4,3 millions de vignobles, dont 44 403 en Alsace.</w:t>
      </w:r>
    </w:p>
    <w:p>
      <w:r>
        <w:t>World Winery Map, la carte mondiale du vin qui vient d'être lancée, répertorie 743 domaines viticoles et 44 403 vignobles d'Alsace. Les vignobles alsaciens se situent à une altitude moyenne de 238 mètres et sont, pendant la période de végétation, 3,2 °C plus frais que ceux situés dans la Napa Valley,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d'Alsace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